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2251" w:rsidRPr="005E7D54" w:rsidRDefault="00AB1171" w:rsidP="005E7D54">
      <w:pPr>
        <w:spacing w:after="0" w:line="240" w:lineRule="auto"/>
        <w:rPr>
          <w:rFonts w:ascii="Times New Roman" w:hAnsi="Times New Roman" w:cs="Times New Roman"/>
          <w:b/>
          <w:color w:val="00519C"/>
          <w:sz w:val="28"/>
          <w:szCs w:val="28"/>
        </w:rPr>
      </w:pPr>
      <w:r w:rsidRPr="005E7D54">
        <w:rPr>
          <w:rFonts w:ascii="Times New Roman" w:hAnsi="Times New Roman" w:cs="Times New Roman"/>
          <w:b/>
          <w:color w:val="00519C"/>
          <w:sz w:val="28"/>
          <w:szCs w:val="28"/>
        </w:rPr>
        <w:t>TRƯỜNG THCS PHAN BÁ PHIẾ</w:t>
      </w:r>
      <w:r w:rsidR="00FB2251" w:rsidRPr="005E7D54">
        <w:rPr>
          <w:rFonts w:ascii="Times New Roman" w:hAnsi="Times New Roman" w:cs="Times New Roman"/>
          <w:b/>
          <w:color w:val="00519C"/>
          <w:sz w:val="28"/>
          <w:szCs w:val="28"/>
        </w:rPr>
        <w:t xml:space="preserve">N </w:t>
      </w:r>
    </w:p>
    <w:p w:rsidR="00BE4D72" w:rsidRPr="005E7D54" w:rsidRDefault="00AB1171" w:rsidP="005E7D54">
      <w:pPr>
        <w:spacing w:after="0" w:line="240" w:lineRule="auto"/>
        <w:rPr>
          <w:rFonts w:ascii="Times New Roman" w:hAnsi="Times New Roman" w:cs="Times New Roman"/>
          <w:sz w:val="28"/>
          <w:szCs w:val="28"/>
        </w:rPr>
      </w:pPr>
      <w:r w:rsidRPr="005E7D54">
        <w:rPr>
          <w:rFonts w:ascii="Times New Roman" w:hAnsi="Times New Roman" w:cs="Times New Roman"/>
          <w:b/>
          <w:color w:val="00519C"/>
          <w:sz w:val="28"/>
          <w:szCs w:val="28"/>
        </w:rPr>
        <w:t>TỔ KHOA HỌC TỰ NHIÊN</w:t>
      </w:r>
      <w:r w:rsidRPr="005E7D54">
        <w:rPr>
          <w:rFonts w:ascii="Times New Roman" w:hAnsi="Times New Roman" w:cs="Times New Roman"/>
          <w:b/>
          <w:color w:val="00519C"/>
          <w:sz w:val="28"/>
          <w:szCs w:val="28"/>
        </w:rPr>
        <w:br/>
      </w:r>
    </w:p>
    <w:p w:rsidR="00F31A03" w:rsidRDefault="00AB1171" w:rsidP="00F31A03">
      <w:pPr>
        <w:pStyle w:val="Heading1"/>
        <w:tabs>
          <w:tab w:val="left" w:pos="567"/>
        </w:tabs>
        <w:spacing w:before="0" w:line="240" w:lineRule="auto"/>
        <w:ind w:firstLine="567"/>
        <w:jc w:val="center"/>
        <w:rPr>
          <w:rFonts w:ascii="Times New Roman" w:hAnsi="Times New Roman" w:cs="Times New Roman"/>
          <w:color w:val="00519C"/>
        </w:rPr>
      </w:pPr>
      <w:r w:rsidRPr="005E7D54">
        <w:rPr>
          <w:rFonts w:ascii="Times New Roman" w:hAnsi="Times New Roman" w:cs="Times New Roman"/>
          <w:color w:val="00519C"/>
        </w:rPr>
        <w:t xml:space="preserve">SÔI NỔI, </w:t>
      </w:r>
      <w:r w:rsidR="00FC621A">
        <w:rPr>
          <w:rFonts w:ascii="Times New Roman" w:hAnsi="Times New Roman" w:cs="Times New Roman"/>
          <w:color w:val="00519C"/>
        </w:rPr>
        <w:t>HÀO HỨNG VÀ LAN TỎA NIỀM YÊU THÍCH KHOA HỌC</w:t>
      </w:r>
      <w:r w:rsidRPr="005E7D54">
        <w:rPr>
          <w:rFonts w:ascii="Times New Roman" w:hAnsi="Times New Roman" w:cs="Times New Roman"/>
          <w:color w:val="00519C"/>
        </w:rPr>
        <w:t xml:space="preserve"> TRONG BUỔI SINH HOẠT RA MẮT CÂU LẠC BỘ STEM </w:t>
      </w:r>
    </w:p>
    <w:p w:rsidR="00BE4D72" w:rsidRPr="00F31A03" w:rsidRDefault="00AB1171" w:rsidP="00F31A03">
      <w:pPr>
        <w:pStyle w:val="Heading1"/>
        <w:tabs>
          <w:tab w:val="left" w:pos="567"/>
        </w:tabs>
        <w:spacing w:before="0" w:line="240" w:lineRule="auto"/>
        <w:ind w:firstLine="567"/>
        <w:jc w:val="center"/>
        <w:rPr>
          <w:rFonts w:ascii="Times New Roman" w:hAnsi="Times New Roman" w:cs="Times New Roman"/>
          <w:color w:val="00519C"/>
        </w:rPr>
      </w:pPr>
      <w:r w:rsidRPr="005E7D54">
        <w:rPr>
          <w:rFonts w:ascii="Times New Roman" w:hAnsi="Times New Roman" w:cs="Times New Roman"/>
          <w:color w:val="00519C"/>
        </w:rPr>
        <w:t>NĂM HỌ</w:t>
      </w:r>
      <w:r w:rsidR="00C84907">
        <w:rPr>
          <w:rFonts w:ascii="Times New Roman" w:hAnsi="Times New Roman" w:cs="Times New Roman"/>
          <w:color w:val="00519C"/>
        </w:rPr>
        <w:t>C 2026 -</w:t>
      </w:r>
      <w:r w:rsidRPr="005E7D54">
        <w:rPr>
          <w:rFonts w:ascii="Times New Roman" w:hAnsi="Times New Roman" w:cs="Times New Roman"/>
          <w:color w:val="00519C"/>
        </w:rPr>
        <w:t xml:space="preserve"> 2027</w:t>
      </w:r>
    </w:p>
    <w:p w:rsidR="00BE4D72" w:rsidRDefault="00C95598" w:rsidP="00F31A03">
      <w:pPr>
        <w:tabs>
          <w:tab w:val="left" w:pos="28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ab/>
      </w:r>
      <w:r w:rsidR="00AB1171" w:rsidRPr="005E7D54">
        <w:rPr>
          <w:rFonts w:ascii="Times New Roman" w:hAnsi="Times New Roman" w:cs="Times New Roman"/>
          <w:sz w:val="28"/>
          <w:szCs w:val="28"/>
        </w:rPr>
        <w:t>Thực hiện kế hoạch giáo dục năm họ</w:t>
      </w:r>
      <w:r w:rsidR="00C84907">
        <w:rPr>
          <w:rFonts w:ascii="Times New Roman" w:hAnsi="Times New Roman" w:cs="Times New Roman"/>
          <w:sz w:val="28"/>
          <w:szCs w:val="28"/>
        </w:rPr>
        <w:t>c 2026 -</w:t>
      </w:r>
      <w:r w:rsidR="00AB1171" w:rsidRPr="005E7D54">
        <w:rPr>
          <w:rFonts w:ascii="Times New Roman" w:hAnsi="Times New Roman" w:cs="Times New Roman"/>
          <w:sz w:val="28"/>
          <w:szCs w:val="28"/>
        </w:rPr>
        <w:t xml:space="preserve"> 2027 của Trường THCS Phan Bá Phiến, </w:t>
      </w:r>
      <w:r w:rsidR="0050346A" w:rsidRPr="0050346A">
        <w:rPr>
          <w:rFonts w:ascii="Times New Roman" w:eastAsia="Times New Roman" w:hAnsi="Times New Roman" w:cs="Times New Roman"/>
          <w:sz w:val="28"/>
          <w:szCs w:val="28"/>
        </w:rPr>
        <w:t xml:space="preserve">vào lúc </w:t>
      </w:r>
      <w:r w:rsidR="0050346A">
        <w:rPr>
          <w:rFonts w:ascii="Times New Roman" w:eastAsia="Times New Roman" w:hAnsi="Times New Roman" w:cs="Times New Roman"/>
          <w:sz w:val="28"/>
          <w:szCs w:val="28"/>
        </w:rPr>
        <w:t>8h00</w:t>
      </w:r>
      <w:r w:rsidR="0050346A" w:rsidRPr="0050346A">
        <w:rPr>
          <w:rFonts w:ascii="Times New Roman" w:eastAsia="Times New Roman" w:hAnsi="Times New Roman" w:cs="Times New Roman"/>
          <w:sz w:val="28"/>
          <w:szCs w:val="28"/>
        </w:rPr>
        <w:t xml:space="preserve"> phút </w:t>
      </w:r>
      <w:r w:rsidR="0050346A">
        <w:rPr>
          <w:rFonts w:ascii="Times New Roman" w:eastAsia="Times New Roman" w:hAnsi="Times New Roman" w:cs="Times New Roman"/>
          <w:sz w:val="28"/>
          <w:szCs w:val="28"/>
        </w:rPr>
        <w:t>ngày 17</w:t>
      </w:r>
      <w:r w:rsidR="0050346A" w:rsidRPr="0050346A">
        <w:rPr>
          <w:rFonts w:ascii="Times New Roman" w:eastAsia="Times New Roman" w:hAnsi="Times New Roman" w:cs="Times New Roman"/>
          <w:sz w:val="28"/>
          <w:szCs w:val="28"/>
        </w:rPr>
        <w:t>/10/2026, tại phòng Hội trường</w:t>
      </w:r>
      <w:r w:rsidR="00AB1171" w:rsidRPr="005E7D54">
        <w:rPr>
          <w:rFonts w:ascii="Times New Roman" w:hAnsi="Times New Roman" w:cs="Times New Roman"/>
          <w:sz w:val="28"/>
          <w:szCs w:val="28"/>
        </w:rPr>
        <w:t xml:space="preserve">, Tổ Khoa học Tự nhiên đã tổ chức </w:t>
      </w:r>
      <w:r w:rsidR="00AB1171" w:rsidRPr="00DA0B55">
        <w:rPr>
          <w:rFonts w:ascii="Times New Roman" w:hAnsi="Times New Roman" w:cs="Times New Roman"/>
          <w:sz w:val="28"/>
          <w:szCs w:val="28"/>
        </w:rPr>
        <w:t>Buổi sinh hoạt ra mắt Câu lạc bộ (CLB) STEM</w:t>
      </w:r>
      <w:r w:rsidR="00AB1171" w:rsidRPr="005E7D54">
        <w:rPr>
          <w:rFonts w:ascii="Times New Roman" w:hAnsi="Times New Roman" w:cs="Times New Roman"/>
          <w:sz w:val="28"/>
          <w:szCs w:val="28"/>
        </w:rPr>
        <w:t>, mở ra một sân chơi trải nghiệm khoa học đầy bổ ích và lý thú cho học sinh toàn trường.</w:t>
      </w:r>
    </w:p>
    <w:p w:rsidR="00FC621A" w:rsidRDefault="00C95598" w:rsidP="00F31A03">
      <w:pPr>
        <w:tabs>
          <w:tab w:val="left" w:pos="284"/>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FC621A" w:rsidRPr="0050346A">
        <w:rPr>
          <w:rFonts w:ascii="Times New Roman" w:eastAsia="Times New Roman" w:hAnsi="Times New Roman" w:cs="Times New Roman"/>
          <w:sz w:val="28"/>
          <w:szCs w:val="28"/>
        </w:rPr>
        <w:t xml:space="preserve">Về dự với buổi sinh hoạt có thầy Hồ Triệu </w:t>
      </w:r>
      <w:r w:rsidR="001552B5">
        <w:rPr>
          <w:rFonts w:ascii="Times New Roman" w:eastAsia="Times New Roman" w:hAnsi="Times New Roman" w:cs="Times New Roman"/>
          <w:sz w:val="28"/>
          <w:szCs w:val="28"/>
        </w:rPr>
        <w:t>Dũng -</w:t>
      </w:r>
      <w:bookmarkStart w:id="0" w:name="_GoBack"/>
      <w:bookmarkEnd w:id="0"/>
      <w:r w:rsidR="00FC621A" w:rsidRPr="0050346A">
        <w:rPr>
          <w:rFonts w:ascii="Times New Roman" w:eastAsia="Times New Roman" w:hAnsi="Times New Roman" w:cs="Times New Roman"/>
          <w:sz w:val="28"/>
          <w:szCs w:val="28"/>
        </w:rPr>
        <w:t xml:space="preserve"> Phó hiệu trưởng nhà trường,</w:t>
      </w:r>
      <w:r w:rsidR="00FC621A" w:rsidRPr="00FC621A">
        <w:rPr>
          <w:rFonts w:ascii="Times New Roman" w:eastAsia="Times New Roman" w:hAnsi="Times New Roman" w:cs="Times New Roman"/>
          <w:sz w:val="28"/>
          <w:szCs w:val="28"/>
        </w:rPr>
        <w:t xml:space="preserve"> cùng các thầy cô giáo trong Tổ Khoa học </w:t>
      </w:r>
      <w:r w:rsidR="00FC621A">
        <w:rPr>
          <w:rFonts w:ascii="Times New Roman" w:eastAsia="Times New Roman" w:hAnsi="Times New Roman" w:cs="Times New Roman"/>
          <w:sz w:val="28"/>
          <w:szCs w:val="28"/>
        </w:rPr>
        <w:t>Tự Nhiên</w:t>
      </w:r>
      <w:r w:rsidR="00FC621A" w:rsidRPr="00FC621A">
        <w:rPr>
          <w:rFonts w:ascii="Times New Roman" w:eastAsia="Times New Roman" w:hAnsi="Times New Roman" w:cs="Times New Roman"/>
          <w:sz w:val="28"/>
          <w:szCs w:val="28"/>
        </w:rPr>
        <w:t>, Ban chủ nhiệm và toàn thể các thành viên chính thức của câu lạc bộ</w:t>
      </w:r>
      <w:r w:rsidR="00FC621A">
        <w:rPr>
          <w:rFonts w:ascii="Times New Roman" w:eastAsia="Times New Roman" w:hAnsi="Times New Roman" w:cs="Times New Roman"/>
          <w:sz w:val="28"/>
          <w:szCs w:val="28"/>
        </w:rPr>
        <w:t>.</w:t>
      </w:r>
    </w:p>
    <w:p w:rsidR="00D8068B" w:rsidRPr="0050346A" w:rsidRDefault="00C95598" w:rsidP="00F31A03">
      <w:pPr>
        <w:tabs>
          <w:tab w:val="left" w:pos="28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ab/>
      </w:r>
      <w:r w:rsidR="00D8068B">
        <w:rPr>
          <w:rFonts w:ascii="Times New Roman" w:hAnsi="Times New Roman" w:cs="Times New Roman"/>
          <w:sz w:val="28"/>
          <w:szCs w:val="28"/>
        </w:rPr>
        <w:t>Buổi sinh hoạt với mục đích g</w:t>
      </w:r>
      <w:r w:rsidR="00D8068B" w:rsidRPr="0050346A">
        <w:rPr>
          <w:rFonts w:ascii="Times New Roman" w:hAnsi="Times New Roman" w:cs="Times New Roman"/>
          <w:sz w:val="28"/>
          <w:szCs w:val="28"/>
        </w:rPr>
        <w:t xml:space="preserve">iới thiệu mục tiêu, định hướng hoạt động của </w:t>
      </w:r>
      <w:r w:rsidR="0001626D">
        <w:rPr>
          <w:rFonts w:ascii="Times New Roman" w:hAnsi="Times New Roman" w:cs="Times New Roman"/>
          <w:sz w:val="28"/>
          <w:szCs w:val="28"/>
        </w:rPr>
        <w:t>CLB</w:t>
      </w:r>
      <w:r w:rsidR="00D8068B" w:rsidRPr="0050346A">
        <w:rPr>
          <w:rFonts w:ascii="Times New Roman" w:hAnsi="Times New Roman" w:cs="Times New Roman"/>
          <w:sz w:val="28"/>
          <w:szCs w:val="28"/>
        </w:rPr>
        <w:t>, kết nối các thành viên và tạo động lực để học sinh tích cực tham gia các hoạt động trải nghiệm, nghiên cứu, sáng tạo trong thời gian tới.</w:t>
      </w:r>
    </w:p>
    <w:p w:rsidR="009374CE" w:rsidRPr="009374CE" w:rsidRDefault="00C95598" w:rsidP="00F31A03">
      <w:pPr>
        <w:tabs>
          <w:tab w:val="left" w:pos="284"/>
        </w:tabs>
        <w:spacing w:after="0" w:line="240" w:lineRule="auto"/>
        <w:ind w:firstLine="567"/>
        <w:jc w:val="both"/>
        <w:rPr>
          <w:rFonts w:ascii="Times New Roman" w:hAnsi="Times New Roman" w:cs="Times New Roman"/>
          <w:sz w:val="28"/>
          <w:szCs w:val="28"/>
        </w:rPr>
      </w:pPr>
      <w:r>
        <w:rPr>
          <w:noProof/>
        </w:rPr>
        <w:drawing>
          <wp:anchor distT="0" distB="0" distL="114300" distR="114300" simplePos="0" relativeHeight="251656192" behindDoc="1" locked="0" layoutInCell="1" allowOverlap="1" wp14:anchorId="1E019B85" wp14:editId="3EB80BEB">
            <wp:simplePos x="0" y="0"/>
            <wp:positionH relativeFrom="column">
              <wp:posOffset>2606675</wp:posOffset>
            </wp:positionH>
            <wp:positionV relativeFrom="paragraph">
              <wp:posOffset>156845</wp:posOffset>
            </wp:positionV>
            <wp:extent cx="3723640" cy="3401695"/>
            <wp:effectExtent l="0" t="0" r="0" b="8255"/>
            <wp:wrapTight wrapText="bothSides">
              <wp:wrapPolygon edited="0">
                <wp:start x="0" y="0"/>
                <wp:lineTo x="0" y="21531"/>
                <wp:lineTo x="21438" y="21531"/>
                <wp:lineTo x="2143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iáo dục STEM_ Khám phá và kiến tạo tương lai.png"/>
                    <pic:cNvPicPr/>
                  </pic:nvPicPr>
                  <pic:blipFill>
                    <a:blip r:embed="rId8">
                      <a:extLst>
                        <a:ext uri="{28A0092B-C50C-407E-A947-70E740481C1C}">
                          <a14:useLocalDpi xmlns:a14="http://schemas.microsoft.com/office/drawing/2010/main" val="0"/>
                        </a:ext>
                      </a:extLst>
                    </a:blip>
                    <a:stretch>
                      <a:fillRect/>
                    </a:stretch>
                  </pic:blipFill>
                  <pic:spPr>
                    <a:xfrm>
                      <a:off x="0" y="0"/>
                      <a:ext cx="3723640" cy="3401695"/>
                    </a:xfrm>
                    <a:prstGeom prst="rect">
                      <a:avLst/>
                    </a:prstGeom>
                  </pic:spPr>
                </pic:pic>
              </a:graphicData>
            </a:graphic>
            <wp14:sizeRelH relativeFrom="margin">
              <wp14:pctWidth>0</wp14:pctWidth>
            </wp14:sizeRelH>
            <wp14:sizeRelV relativeFrom="margin">
              <wp14:pctHeight>0</wp14:pctHeight>
            </wp14:sizeRelV>
          </wp:anchor>
        </w:drawing>
      </w:r>
      <w:r w:rsidR="009374CE">
        <w:rPr>
          <w:rFonts w:ascii="Times New Roman" w:hAnsi="Times New Roman" w:cs="Times New Roman"/>
          <w:b/>
          <w:color w:val="006699"/>
          <w:sz w:val="28"/>
          <w:szCs w:val="28"/>
        </w:rPr>
        <w:t xml:space="preserve">1. </w:t>
      </w:r>
      <w:r w:rsidR="00AB1171" w:rsidRPr="009374CE">
        <w:rPr>
          <w:rFonts w:ascii="Times New Roman" w:hAnsi="Times New Roman" w:cs="Times New Roman"/>
          <w:b/>
          <w:color w:val="006699"/>
          <w:sz w:val="28"/>
          <w:szCs w:val="28"/>
        </w:rPr>
        <w:t xml:space="preserve">Mở màn truyền cảm hứng và </w:t>
      </w:r>
      <w:r w:rsidR="00543B09" w:rsidRPr="009374CE">
        <w:rPr>
          <w:rFonts w:ascii="Times New Roman" w:hAnsi="Times New Roman" w:cs="Times New Roman"/>
          <w:b/>
          <w:color w:val="006699"/>
          <w:sz w:val="28"/>
          <w:szCs w:val="28"/>
        </w:rPr>
        <w:t>k</w:t>
      </w:r>
      <w:r w:rsidR="00AB1171" w:rsidRPr="009374CE">
        <w:rPr>
          <w:rFonts w:ascii="Times New Roman" w:hAnsi="Times New Roman" w:cs="Times New Roman"/>
          <w:b/>
          <w:color w:val="006699"/>
          <w:sz w:val="28"/>
          <w:szCs w:val="28"/>
        </w:rPr>
        <w:t>hám phá</w:t>
      </w:r>
      <w:r w:rsidR="00543B09" w:rsidRPr="009374CE">
        <w:rPr>
          <w:rFonts w:ascii="Times New Roman" w:hAnsi="Times New Roman" w:cs="Times New Roman"/>
          <w:b/>
          <w:color w:val="006699"/>
          <w:sz w:val="28"/>
          <w:szCs w:val="28"/>
        </w:rPr>
        <w:t xml:space="preserve"> về g</w:t>
      </w:r>
      <w:r w:rsidR="00AB1171" w:rsidRPr="009374CE">
        <w:rPr>
          <w:rFonts w:ascii="Times New Roman" w:hAnsi="Times New Roman" w:cs="Times New Roman"/>
          <w:b/>
          <w:color w:val="006699"/>
          <w:sz w:val="28"/>
          <w:szCs w:val="28"/>
        </w:rPr>
        <w:t>iáo dụ</w:t>
      </w:r>
      <w:r w:rsidR="009374CE">
        <w:rPr>
          <w:rFonts w:ascii="Times New Roman" w:hAnsi="Times New Roman" w:cs="Times New Roman"/>
          <w:b/>
          <w:color w:val="006699"/>
          <w:sz w:val="28"/>
          <w:szCs w:val="28"/>
        </w:rPr>
        <w:t>c STEM</w:t>
      </w:r>
    </w:p>
    <w:p w:rsidR="00BE4D72" w:rsidRPr="009374CE" w:rsidRDefault="00AB1171" w:rsidP="00F31A03">
      <w:pPr>
        <w:tabs>
          <w:tab w:val="left" w:pos="284"/>
        </w:tabs>
        <w:spacing w:after="0" w:line="240" w:lineRule="auto"/>
        <w:ind w:firstLine="567"/>
        <w:jc w:val="both"/>
        <w:rPr>
          <w:rFonts w:ascii="Times New Roman" w:hAnsi="Times New Roman" w:cs="Times New Roman"/>
          <w:sz w:val="28"/>
          <w:szCs w:val="28"/>
        </w:rPr>
      </w:pPr>
      <w:r w:rsidRPr="009374CE">
        <w:rPr>
          <w:rFonts w:ascii="Times New Roman" w:hAnsi="Times New Roman" w:cs="Times New Roman"/>
          <w:sz w:val="28"/>
          <w:szCs w:val="28"/>
        </w:rPr>
        <w:t>Chương trình khởi động với bầu không khí hào hứng khi toàn thể giáo viên và các thành viên CLB cùng theo dõi video clip giới thiệu về Giáo dục STEM. Video giúp các bạn học sinh hiểu rõ hơn về sự kết hợp giữa Science (Khoa học), Technology (Công nghệ), Engineering (Kỹ thuật) và Mathematics (Toán họ</w:t>
      </w:r>
      <w:r w:rsidR="00E234A4">
        <w:rPr>
          <w:rFonts w:ascii="Times New Roman" w:hAnsi="Times New Roman" w:cs="Times New Roman"/>
          <w:sz w:val="28"/>
          <w:szCs w:val="28"/>
        </w:rPr>
        <w:t>c) -</w:t>
      </w:r>
      <w:r w:rsidRPr="009374CE">
        <w:rPr>
          <w:rFonts w:ascii="Times New Roman" w:hAnsi="Times New Roman" w:cs="Times New Roman"/>
          <w:sz w:val="28"/>
          <w:szCs w:val="28"/>
        </w:rPr>
        <w:t xml:space="preserve"> nơi những kiến thức lý thuyết khô khan trở thành công cụ giải quyết các vấn đề thực tiễn sinh động.</w:t>
      </w:r>
    </w:p>
    <w:p w:rsidR="00B95D16" w:rsidRDefault="00B95D16" w:rsidP="00F31A03">
      <w:pPr>
        <w:spacing w:after="0" w:line="240" w:lineRule="auto"/>
        <w:ind w:firstLine="567"/>
        <w:jc w:val="both"/>
        <w:rPr>
          <w:rFonts w:ascii="Times New Roman" w:hAnsi="Times New Roman" w:cs="Times New Roman"/>
          <w:sz w:val="28"/>
          <w:szCs w:val="28"/>
        </w:rPr>
      </w:pPr>
    </w:p>
    <w:p w:rsidR="00C95598" w:rsidRDefault="00C95598" w:rsidP="00F31A03">
      <w:pPr>
        <w:spacing w:after="0" w:line="240" w:lineRule="auto"/>
        <w:ind w:firstLine="567"/>
        <w:jc w:val="both"/>
        <w:rPr>
          <w:rFonts w:ascii="Times New Roman" w:hAnsi="Times New Roman" w:cs="Times New Roman"/>
          <w:sz w:val="28"/>
          <w:szCs w:val="28"/>
        </w:rPr>
      </w:pPr>
    </w:p>
    <w:p w:rsidR="00C95598" w:rsidRPr="005E7D54" w:rsidRDefault="00C95598" w:rsidP="00F31A03">
      <w:pPr>
        <w:spacing w:after="0" w:line="240" w:lineRule="auto"/>
        <w:ind w:firstLine="567"/>
        <w:jc w:val="both"/>
        <w:rPr>
          <w:rFonts w:ascii="Times New Roman" w:hAnsi="Times New Roman" w:cs="Times New Roman"/>
          <w:sz w:val="28"/>
          <w:szCs w:val="28"/>
        </w:rPr>
      </w:pPr>
    </w:p>
    <w:p w:rsidR="00E234A4" w:rsidRDefault="00AB1171" w:rsidP="00F31A03">
      <w:pPr>
        <w:shd w:val="clear" w:color="auto" w:fill="FFFFFF"/>
        <w:spacing w:after="0" w:line="240" w:lineRule="auto"/>
        <w:ind w:firstLine="567"/>
        <w:jc w:val="both"/>
        <w:rPr>
          <w:rFonts w:ascii="Times New Roman" w:hAnsi="Times New Roman" w:cs="Times New Roman"/>
          <w:sz w:val="28"/>
          <w:szCs w:val="28"/>
        </w:rPr>
      </w:pPr>
      <w:r w:rsidRPr="005E7D54">
        <w:rPr>
          <w:rFonts w:ascii="Times New Roman" w:hAnsi="Times New Roman" w:cs="Times New Roman"/>
          <w:b/>
          <w:color w:val="006699"/>
          <w:sz w:val="28"/>
          <w:szCs w:val="28"/>
        </w:rPr>
        <w:t xml:space="preserve">2. Công bố định hướng hoạt động và </w:t>
      </w:r>
      <w:r w:rsidR="00543B09">
        <w:rPr>
          <w:rFonts w:ascii="Times New Roman" w:hAnsi="Times New Roman" w:cs="Times New Roman"/>
          <w:b/>
          <w:color w:val="006699"/>
          <w:sz w:val="28"/>
          <w:szCs w:val="28"/>
        </w:rPr>
        <w:t>r</w:t>
      </w:r>
      <w:r w:rsidRPr="005E7D54">
        <w:rPr>
          <w:rFonts w:ascii="Times New Roman" w:hAnsi="Times New Roman" w:cs="Times New Roman"/>
          <w:b/>
          <w:color w:val="006699"/>
          <w:sz w:val="28"/>
          <w:szCs w:val="28"/>
        </w:rPr>
        <w:t>a mắt các Đội nhóm</w:t>
      </w:r>
      <w:r w:rsidRPr="005E7D54">
        <w:rPr>
          <w:rFonts w:ascii="Times New Roman" w:hAnsi="Times New Roman" w:cs="Times New Roman"/>
          <w:b/>
          <w:color w:val="006699"/>
          <w:sz w:val="28"/>
          <w:szCs w:val="28"/>
        </w:rPr>
        <w:br/>
      </w:r>
      <w:r w:rsidRPr="005E7D54">
        <w:rPr>
          <w:rFonts w:ascii="Times New Roman" w:hAnsi="Times New Roman" w:cs="Times New Roman"/>
          <w:sz w:val="28"/>
          <w:szCs w:val="28"/>
        </w:rPr>
        <w:t>Tại buổi sinh hoạt, Ban chủ nhiệm đã giới thiệu mục tiêu và định hướng hoạt động của CLB trong năm học: tập trung vào làm việc nhóm, nghiên cứu các mô hình tái chế thân thiện với môi trường, thực hiện các dự án STEM liên môn và vận dụng nguyên lý khoa học vào cuộc số</w:t>
      </w:r>
      <w:r w:rsidR="00E234A4">
        <w:rPr>
          <w:rFonts w:ascii="Times New Roman" w:hAnsi="Times New Roman" w:cs="Times New Roman"/>
          <w:sz w:val="28"/>
          <w:szCs w:val="28"/>
        </w:rPr>
        <w:t>ng.</w:t>
      </w:r>
    </w:p>
    <w:p w:rsidR="00061987" w:rsidRPr="00E234A4" w:rsidRDefault="00C95598" w:rsidP="00F31A03">
      <w:pPr>
        <w:shd w:val="clear" w:color="auto" w:fill="FFFFFF"/>
        <w:spacing w:after="0" w:line="240" w:lineRule="auto"/>
        <w:ind w:firstLine="567"/>
        <w:jc w:val="both"/>
        <w:rPr>
          <w:rFonts w:eastAsia="Times New Roman"/>
          <w:color w:val="000000"/>
          <w:szCs w:val="28"/>
        </w:rPr>
      </w:pPr>
      <w:r w:rsidRPr="00C95598">
        <w:rPr>
          <w:rFonts w:ascii="Times New Roman" w:eastAsia="Times New Roman" w:hAnsi="Times New Roman" w:cs="Times New Roman"/>
          <w:color w:val="000000"/>
          <w:sz w:val="28"/>
          <w:szCs w:val="28"/>
        </w:rPr>
        <w:t>Các thành viên câu lạc bộ chia thành 2 bảng thi đấu: bảng khối 6,7 và bảng khối 8,9.</w:t>
      </w:r>
      <w:r w:rsidR="00E234A4">
        <w:rPr>
          <w:rFonts w:eastAsia="Times New Roman"/>
          <w:color w:val="000000"/>
          <w:szCs w:val="28"/>
        </w:rPr>
        <w:t xml:space="preserve"> </w:t>
      </w:r>
      <w:r w:rsidR="00AB1171" w:rsidRPr="005E7D54">
        <w:rPr>
          <w:rFonts w:ascii="Times New Roman" w:hAnsi="Times New Roman" w:cs="Times New Roman"/>
          <w:sz w:val="28"/>
          <w:szCs w:val="28"/>
        </w:rPr>
        <w:t xml:space="preserve">Sau 3 phút thảo luận sôi nổi để bầu Đội trưởng và đặt tên đội, đại diện các Đội </w:t>
      </w:r>
      <w:r w:rsidR="00AB1171" w:rsidRPr="005E7D54">
        <w:rPr>
          <w:rFonts w:ascii="Times New Roman" w:hAnsi="Times New Roman" w:cs="Times New Roman"/>
          <w:sz w:val="28"/>
          <w:szCs w:val="28"/>
        </w:rPr>
        <w:lastRenderedPageBreak/>
        <w:t>trưở</w:t>
      </w:r>
      <w:r w:rsidR="00E234A4">
        <w:rPr>
          <w:rFonts w:ascii="Times New Roman" w:hAnsi="Times New Roman" w:cs="Times New Roman"/>
          <w:sz w:val="28"/>
          <w:szCs w:val="28"/>
        </w:rPr>
        <w:t>ng -</w:t>
      </w:r>
      <w:r w:rsidR="00AB1171" w:rsidRPr="005E7D54">
        <w:rPr>
          <w:rFonts w:ascii="Times New Roman" w:hAnsi="Times New Roman" w:cs="Times New Roman"/>
          <w:sz w:val="28"/>
          <w:szCs w:val="28"/>
        </w:rPr>
        <w:t xml:space="preserve"> bạn </w:t>
      </w:r>
      <w:r w:rsidR="00AB1171" w:rsidRPr="0039355E">
        <w:rPr>
          <w:rFonts w:ascii="Times New Roman" w:hAnsi="Times New Roman" w:cs="Times New Roman"/>
          <w:sz w:val="28"/>
          <w:szCs w:val="28"/>
        </w:rPr>
        <w:t>Lê Bảo Ngọc Giang</w:t>
      </w:r>
      <w:r w:rsidR="00E234A4">
        <w:rPr>
          <w:rFonts w:ascii="Times New Roman" w:hAnsi="Times New Roman" w:cs="Times New Roman"/>
          <w:sz w:val="28"/>
          <w:szCs w:val="28"/>
        </w:rPr>
        <w:t xml:space="preserve"> -</w:t>
      </w:r>
      <w:r w:rsidR="00AB1171" w:rsidRPr="005E7D54">
        <w:rPr>
          <w:rFonts w:ascii="Times New Roman" w:hAnsi="Times New Roman" w:cs="Times New Roman"/>
          <w:sz w:val="28"/>
          <w:szCs w:val="28"/>
        </w:rPr>
        <w:t xml:space="preserve"> đã tự tin phát biểu chia sẻ cảm xúc cùng quyết tâm đoàn kết, sáng tạo của toàn thể thành viên CLB.</w:t>
      </w:r>
    </w:p>
    <w:p w:rsidR="00BE4D72" w:rsidRPr="005E7D54" w:rsidRDefault="00E41CB4" w:rsidP="0039355E">
      <w:pPr>
        <w:tabs>
          <w:tab w:val="left" w:pos="284"/>
        </w:tabs>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562B1323" wp14:editId="4D8A0CB4">
            <wp:extent cx="6332220" cy="423730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792223688694_7545968540506612647_g6176421076539822504_cd0e3cab3f6442b4c5b181304c4c4c8c.jpg"/>
                    <pic:cNvPicPr/>
                  </pic:nvPicPr>
                  <pic:blipFill rotWithShape="1">
                    <a:blip r:embed="rId9">
                      <a:extLst>
                        <a:ext uri="{28A0092B-C50C-407E-A947-70E740481C1C}">
                          <a14:useLocalDpi xmlns:a14="http://schemas.microsoft.com/office/drawing/2010/main" val="0"/>
                        </a:ext>
                      </a:extLst>
                    </a:blip>
                    <a:srcRect t="10682"/>
                    <a:stretch/>
                  </pic:blipFill>
                  <pic:spPr bwMode="auto">
                    <a:xfrm>
                      <a:off x="0" y="0"/>
                      <a:ext cx="6332220" cy="4237309"/>
                    </a:xfrm>
                    <a:prstGeom prst="rect">
                      <a:avLst/>
                    </a:prstGeom>
                    <a:ln>
                      <a:noFill/>
                    </a:ln>
                    <a:extLst>
                      <a:ext uri="{53640926-AAD7-44D8-BBD7-CCE9431645EC}">
                        <a14:shadowObscured xmlns:a14="http://schemas.microsoft.com/office/drawing/2010/main"/>
                      </a:ext>
                    </a:extLst>
                  </pic:spPr>
                </pic:pic>
              </a:graphicData>
            </a:graphic>
          </wp:inline>
        </w:drawing>
      </w:r>
    </w:p>
    <w:p w:rsidR="00C95598" w:rsidRDefault="00AB1171" w:rsidP="00E234A4">
      <w:pPr>
        <w:tabs>
          <w:tab w:val="left" w:pos="284"/>
        </w:tabs>
        <w:spacing w:after="0" w:line="240" w:lineRule="auto"/>
        <w:ind w:firstLine="567"/>
        <w:rPr>
          <w:rFonts w:ascii="Times New Roman" w:hAnsi="Times New Roman" w:cs="Times New Roman"/>
          <w:sz w:val="28"/>
          <w:szCs w:val="28"/>
        </w:rPr>
      </w:pPr>
      <w:r w:rsidRPr="005E7D54">
        <w:rPr>
          <w:rFonts w:ascii="Times New Roman" w:hAnsi="Times New Roman" w:cs="Times New Roman"/>
          <w:b/>
          <w:color w:val="006699"/>
          <w:sz w:val="28"/>
          <w:szCs w:val="28"/>
        </w:rPr>
        <w:t>3. Thử thách trí tuệ cá nhân</w:t>
      </w:r>
    </w:p>
    <w:p w:rsidR="00BE4D72" w:rsidRPr="00C95598" w:rsidRDefault="00AB1171" w:rsidP="00E234A4">
      <w:pPr>
        <w:spacing w:after="0" w:line="240" w:lineRule="auto"/>
        <w:ind w:firstLine="567"/>
        <w:jc w:val="both"/>
        <w:rPr>
          <w:rFonts w:ascii="Times New Roman" w:hAnsi="Times New Roman" w:cs="Times New Roman"/>
          <w:b/>
          <w:color w:val="006699"/>
          <w:sz w:val="28"/>
          <w:szCs w:val="28"/>
        </w:rPr>
      </w:pPr>
      <w:r w:rsidRPr="005E7D54">
        <w:rPr>
          <w:rFonts w:ascii="Times New Roman" w:hAnsi="Times New Roman" w:cs="Times New Roman"/>
          <w:sz w:val="28"/>
          <w:szCs w:val="28"/>
        </w:rPr>
        <w:t>Chương trình tiếp tục hâm nóng hội trường bằng phần thi thử thách cá nhân dành riêng cho các khối lớp. Bằng tư duy nhanh nhạy và kiến thức khoa học vững vàng, nhiều học sinh đã xuất sắc đưa ra đáp án chính xác, nhận được những tràng pháo tay cổ vũ nhiệt tình từ thầ</w:t>
      </w:r>
      <w:r w:rsidR="009F6C96">
        <w:rPr>
          <w:rFonts w:ascii="Times New Roman" w:hAnsi="Times New Roman" w:cs="Times New Roman"/>
          <w:sz w:val="28"/>
          <w:szCs w:val="28"/>
        </w:rPr>
        <w:t xml:space="preserve">y cô, </w:t>
      </w:r>
      <w:r w:rsidRPr="005E7D54">
        <w:rPr>
          <w:rFonts w:ascii="Times New Roman" w:hAnsi="Times New Roman" w:cs="Times New Roman"/>
          <w:sz w:val="28"/>
          <w:szCs w:val="28"/>
        </w:rPr>
        <w:t>bạ</w:t>
      </w:r>
      <w:r w:rsidR="009F6C96">
        <w:rPr>
          <w:rFonts w:ascii="Times New Roman" w:hAnsi="Times New Roman" w:cs="Times New Roman"/>
          <w:sz w:val="28"/>
          <w:szCs w:val="28"/>
        </w:rPr>
        <w:t>n bè và phần quà từ ban tổ chức.</w:t>
      </w:r>
    </w:p>
    <w:p w:rsidR="00B05A2B" w:rsidRDefault="00AB1171" w:rsidP="00E234A4">
      <w:pPr>
        <w:tabs>
          <w:tab w:val="left" w:pos="284"/>
        </w:tabs>
        <w:spacing w:after="0" w:line="240" w:lineRule="auto"/>
        <w:ind w:firstLine="567"/>
        <w:jc w:val="both"/>
        <w:rPr>
          <w:rFonts w:ascii="Times New Roman" w:hAnsi="Times New Roman" w:cs="Times New Roman"/>
          <w:b/>
          <w:color w:val="006699"/>
          <w:sz w:val="28"/>
          <w:szCs w:val="28"/>
        </w:rPr>
      </w:pPr>
      <w:r w:rsidRPr="005E7D54">
        <w:rPr>
          <w:rFonts w:ascii="Times New Roman" w:hAnsi="Times New Roman" w:cs="Times New Roman"/>
          <w:b/>
          <w:color w:val="006699"/>
          <w:sz w:val="28"/>
          <w:szCs w:val="28"/>
        </w:rPr>
        <w:t>4. Trò chơi trải nghiệm kịch tính: “Mảnh ghép đồng đội”</w:t>
      </w:r>
    </w:p>
    <w:p w:rsidR="00BE4D72" w:rsidRDefault="00E33E91" w:rsidP="00987951">
      <w:pPr>
        <w:spacing w:after="0" w:line="240" w:lineRule="auto"/>
        <w:ind w:firstLine="567"/>
        <w:jc w:val="both"/>
        <w:rPr>
          <w:rFonts w:ascii="Times New Roman" w:hAnsi="Times New Roman" w:cs="Times New Roman"/>
          <w:sz w:val="28"/>
          <w:szCs w:val="28"/>
        </w:rPr>
      </w:pPr>
      <w:r>
        <w:rPr>
          <w:rFonts w:ascii="Times New Roman" w:hAnsi="Times New Roman" w:cs="Times New Roman"/>
          <w:b/>
          <w:noProof/>
          <w:color w:val="006699"/>
          <w:sz w:val="28"/>
          <w:szCs w:val="28"/>
        </w:rPr>
        <w:drawing>
          <wp:anchor distT="0" distB="0" distL="114300" distR="114300" simplePos="0" relativeHeight="251658240" behindDoc="1" locked="0" layoutInCell="1" allowOverlap="1" wp14:anchorId="2D8459E8" wp14:editId="4979E0FD">
            <wp:simplePos x="0" y="0"/>
            <wp:positionH relativeFrom="column">
              <wp:posOffset>2222997</wp:posOffset>
            </wp:positionH>
            <wp:positionV relativeFrom="paragraph">
              <wp:posOffset>95800</wp:posOffset>
            </wp:positionV>
            <wp:extent cx="4460400" cy="3240000"/>
            <wp:effectExtent l="0" t="0" r="0" b="0"/>
            <wp:wrapTight wrapText="bothSides">
              <wp:wrapPolygon edited="0">
                <wp:start x="0" y="0"/>
                <wp:lineTo x="0" y="21465"/>
                <wp:lineTo x="21495" y="21465"/>
                <wp:lineTo x="2149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792223688747_7545968540506612647_g6176421076539822504_6eadf9bbf0ac620576d89ce2df93d7a8.jpg"/>
                    <pic:cNvPicPr/>
                  </pic:nvPicPr>
                  <pic:blipFill rotWithShape="1">
                    <a:blip r:embed="rId10">
                      <a:extLst>
                        <a:ext uri="{28A0092B-C50C-407E-A947-70E740481C1C}">
                          <a14:useLocalDpi xmlns:a14="http://schemas.microsoft.com/office/drawing/2010/main" val="0"/>
                        </a:ext>
                      </a:extLst>
                    </a:blip>
                    <a:srcRect t="34596" b="11008"/>
                    <a:stretch/>
                  </pic:blipFill>
                  <pic:spPr bwMode="auto">
                    <a:xfrm>
                      <a:off x="0" y="0"/>
                      <a:ext cx="4460400" cy="324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14A6">
        <w:rPr>
          <w:rFonts w:ascii="Times New Roman" w:hAnsi="Times New Roman" w:cs="Times New Roman"/>
          <w:sz w:val="28"/>
          <w:szCs w:val="28"/>
        </w:rPr>
        <w:t>T</w:t>
      </w:r>
      <w:r w:rsidR="00AB1171" w:rsidRPr="005E7D54">
        <w:rPr>
          <w:rFonts w:ascii="Times New Roman" w:hAnsi="Times New Roman" w:cs="Times New Roman"/>
          <w:sz w:val="28"/>
          <w:szCs w:val="28"/>
        </w:rPr>
        <w:t xml:space="preserve">rò chơi </w:t>
      </w:r>
      <w:r w:rsidR="00AB1171" w:rsidRPr="005E7D54">
        <w:rPr>
          <w:rFonts w:ascii="Times New Roman" w:hAnsi="Times New Roman" w:cs="Times New Roman"/>
          <w:b/>
          <w:sz w:val="28"/>
          <w:szCs w:val="28"/>
        </w:rPr>
        <w:t>“Mảnh ghép đồng đội”</w:t>
      </w:r>
      <w:r w:rsidR="00AB1171" w:rsidRPr="005E7D54">
        <w:rPr>
          <w:rFonts w:ascii="Times New Roman" w:hAnsi="Times New Roman" w:cs="Times New Roman"/>
          <w:sz w:val="28"/>
          <w:szCs w:val="28"/>
        </w:rPr>
        <w:t xml:space="preserve"> đòi hỏi các đội phải sử dụng tư duy logic và sự phối hợp ăn ý. Mỗi đội nhận bộ mảnh ghép chứa các nội dung kiến thức khoa học, tiến hành cắt rời và sắp xếp sao cho các cạnh liền kề khớp </w:t>
      </w:r>
      <w:r w:rsidR="0004290D">
        <w:rPr>
          <w:rFonts w:ascii="Times New Roman" w:hAnsi="Times New Roman" w:cs="Times New Roman"/>
          <w:sz w:val="28"/>
          <w:szCs w:val="28"/>
        </w:rPr>
        <w:t>đúng nội dung kiến thức khoa học</w:t>
      </w:r>
      <w:r w:rsidR="00AB1171" w:rsidRPr="005E7D54">
        <w:rPr>
          <w:rFonts w:ascii="Times New Roman" w:hAnsi="Times New Roman" w:cs="Times New Roman"/>
          <w:sz w:val="28"/>
          <w:szCs w:val="28"/>
        </w:rPr>
        <w:t xml:space="preserve">. Sự tập trung, khéo léo và tinh thần làm việc nhóm tích cực đã giúp các đội nhanh chóng hoàn </w:t>
      </w:r>
      <w:r w:rsidR="00AB1171" w:rsidRPr="005E7D54">
        <w:rPr>
          <w:rFonts w:ascii="Times New Roman" w:hAnsi="Times New Roman" w:cs="Times New Roman"/>
          <w:sz w:val="28"/>
          <w:szCs w:val="28"/>
        </w:rPr>
        <w:lastRenderedPageBreak/>
        <w:t>thành bức tranh logic hoàn chỉnh.</w:t>
      </w:r>
    </w:p>
    <w:p w:rsidR="00333C47" w:rsidRPr="00B05A2B" w:rsidRDefault="00333C47" w:rsidP="00C95598">
      <w:pPr>
        <w:spacing w:after="0" w:line="240" w:lineRule="auto"/>
        <w:jc w:val="both"/>
        <w:rPr>
          <w:rFonts w:ascii="Times New Roman" w:hAnsi="Times New Roman" w:cs="Times New Roman"/>
          <w:b/>
          <w:color w:val="006699"/>
          <w:sz w:val="28"/>
          <w:szCs w:val="28"/>
        </w:rPr>
      </w:pPr>
    </w:p>
    <w:p w:rsidR="00BE4D72" w:rsidRPr="005E7D54" w:rsidRDefault="00AB1171" w:rsidP="00444378">
      <w:pPr>
        <w:pStyle w:val="Heading2"/>
        <w:spacing w:before="0" w:line="240" w:lineRule="auto"/>
        <w:ind w:firstLine="567"/>
        <w:jc w:val="both"/>
        <w:rPr>
          <w:rFonts w:ascii="Times New Roman" w:hAnsi="Times New Roman" w:cs="Times New Roman"/>
          <w:sz w:val="28"/>
          <w:szCs w:val="28"/>
        </w:rPr>
      </w:pPr>
      <w:r w:rsidRPr="005E7D54">
        <w:rPr>
          <w:rFonts w:ascii="Times New Roman" w:hAnsi="Times New Roman" w:cs="Times New Roman"/>
          <w:color w:val="00519C"/>
          <w:sz w:val="28"/>
          <w:szCs w:val="28"/>
        </w:rPr>
        <w:t>TỔNG KẾT VÀ TRAO GIẢI</w:t>
      </w:r>
    </w:p>
    <w:p w:rsidR="00BE4D72" w:rsidRDefault="00C214A6" w:rsidP="00444378">
      <w:pPr>
        <w:spacing w:after="0" w:line="240" w:lineRule="auto"/>
        <w:ind w:firstLine="567"/>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59264" behindDoc="0" locked="0" layoutInCell="1" allowOverlap="1" wp14:anchorId="09CDF0D2" wp14:editId="3C9C5F96">
            <wp:simplePos x="0" y="0"/>
            <wp:positionH relativeFrom="column">
              <wp:posOffset>767370</wp:posOffset>
            </wp:positionH>
            <wp:positionV relativeFrom="paragraph">
              <wp:posOffset>539873</wp:posOffset>
            </wp:positionV>
            <wp:extent cx="4726237" cy="4005912"/>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792223688804_7545968540506612647_g6176421076539822504_279e59a6f9f091715bf4f2b627cdf99c.jpg"/>
                    <pic:cNvPicPr/>
                  </pic:nvPicPr>
                  <pic:blipFill rotWithShape="1">
                    <a:blip r:embed="rId11">
                      <a:extLst>
                        <a:ext uri="{28A0092B-C50C-407E-A947-70E740481C1C}">
                          <a14:useLocalDpi xmlns:a14="http://schemas.microsoft.com/office/drawing/2010/main" val="0"/>
                        </a:ext>
                      </a:extLst>
                    </a:blip>
                    <a:srcRect t="36497"/>
                    <a:stretch/>
                  </pic:blipFill>
                  <pic:spPr bwMode="auto">
                    <a:xfrm>
                      <a:off x="0" y="0"/>
                      <a:ext cx="4726237" cy="400591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B1171" w:rsidRPr="005E7D54">
        <w:rPr>
          <w:rFonts w:ascii="Times New Roman" w:hAnsi="Times New Roman" w:cs="Times New Roman"/>
          <w:sz w:val="28"/>
          <w:szCs w:val="28"/>
        </w:rPr>
        <w:t>Khép lại các phần thi trải nghiệm gay cấn, Ban Tổ chức đã trao quà lưu niệm và vinh danh các đội chơi có thành tích xuất sắc nhất ở từng bảng đấu.</w:t>
      </w:r>
    </w:p>
    <w:p w:rsidR="00B01A3D" w:rsidRPr="005E7D54" w:rsidRDefault="00B01A3D" w:rsidP="00C95598">
      <w:pPr>
        <w:spacing w:after="0" w:line="240" w:lineRule="auto"/>
        <w:jc w:val="both"/>
        <w:rPr>
          <w:rFonts w:ascii="Times New Roman" w:hAnsi="Times New Roman" w:cs="Times New Roman"/>
          <w:sz w:val="28"/>
          <w:szCs w:val="28"/>
        </w:rPr>
      </w:pPr>
    </w:p>
    <w:p w:rsidR="00BE4D72" w:rsidRDefault="00AB1171" w:rsidP="00444378">
      <w:pPr>
        <w:spacing w:after="0" w:line="240" w:lineRule="auto"/>
        <w:ind w:firstLine="567"/>
        <w:jc w:val="both"/>
        <w:rPr>
          <w:rFonts w:ascii="Times New Roman" w:hAnsi="Times New Roman" w:cs="Times New Roman"/>
          <w:sz w:val="28"/>
          <w:szCs w:val="28"/>
        </w:rPr>
      </w:pPr>
      <w:r w:rsidRPr="005E7D54">
        <w:rPr>
          <w:rFonts w:ascii="Times New Roman" w:hAnsi="Times New Roman" w:cs="Times New Roman"/>
          <w:sz w:val="28"/>
          <w:szCs w:val="28"/>
        </w:rPr>
        <w:t>Buổi ra mắt CLB STEM đã diễn ra trong không khí vui tươi, đoàn kết và thành công tốt đẹp. Không chỉ tạo ra một không gian giao lưu bổ ích, chương trình còn khơi dậy niềm đam mê tò mò khoa học, khuyến khích các em học sinh tự tin thử nghiệm, sáng tạo và sẵn sàng biến những ý tưởng độc đáo thành hiện thực trong năm học 2026 – 2027.</w:t>
      </w:r>
    </w:p>
    <w:p w:rsidR="00B01A3D" w:rsidRPr="005E7D54" w:rsidRDefault="00B01A3D" w:rsidP="00C95598">
      <w:pPr>
        <w:spacing w:after="0" w:line="240" w:lineRule="auto"/>
        <w:jc w:val="both"/>
        <w:rPr>
          <w:rFonts w:ascii="Times New Roman" w:hAnsi="Times New Roman" w:cs="Times New Roman"/>
          <w:sz w:val="28"/>
          <w:szCs w:val="28"/>
        </w:rPr>
      </w:pPr>
    </w:p>
    <w:p w:rsidR="00BE4D72" w:rsidRPr="005E7D54" w:rsidRDefault="00AB1171" w:rsidP="005E7D54">
      <w:pPr>
        <w:spacing w:after="0" w:line="240" w:lineRule="auto"/>
        <w:jc w:val="right"/>
        <w:rPr>
          <w:rFonts w:ascii="Times New Roman" w:hAnsi="Times New Roman" w:cs="Times New Roman"/>
          <w:sz w:val="28"/>
          <w:szCs w:val="28"/>
        </w:rPr>
      </w:pPr>
      <w:r w:rsidRPr="005E7D54">
        <w:rPr>
          <w:rFonts w:ascii="Times New Roman" w:hAnsi="Times New Roman" w:cs="Times New Roman"/>
          <w:i/>
          <w:color w:val="646464"/>
          <w:sz w:val="28"/>
          <w:szCs w:val="28"/>
        </w:rPr>
        <w:t>Tin, ảnh: Ban Truyền thông CLB STEM – Trường THCS Phan Bá Phiến</w:t>
      </w:r>
    </w:p>
    <w:sectPr w:rsidR="00BE4D72" w:rsidRPr="005E7D54" w:rsidSect="005E7D54">
      <w:headerReference w:type="default" r:id="rId12"/>
      <w:footerReference w:type="default" r:id="rId13"/>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5A4D" w:rsidRDefault="005A5A4D">
      <w:pPr>
        <w:spacing w:after="0" w:line="240" w:lineRule="auto"/>
      </w:pPr>
      <w:r>
        <w:separator/>
      </w:r>
    </w:p>
  </w:endnote>
  <w:endnote w:type="continuationSeparator" w:id="0">
    <w:p w:rsidR="005A5A4D" w:rsidRDefault="005A5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D72" w:rsidRDefault="00AB1171">
    <w:pPr>
      <w:pStyle w:val="Footer"/>
      <w:jc w:val="center"/>
    </w:pPr>
    <w:r>
      <w:rPr>
        <w:color w:val="787878"/>
        <w:sz w:val="18"/>
      </w:rPr>
      <w:t xml:space="preserve">Trang </w:t>
    </w:r>
    <w:r>
      <w:fldChar w:fldCharType="begin"/>
    </w:r>
    <w:r>
      <w:instrText>PAGE</w:instrText>
    </w:r>
    <w:r>
      <w:fldChar w:fldCharType="separate"/>
    </w:r>
    <w:r w:rsidR="001552B5">
      <w:rPr>
        <w:noProof/>
      </w:rP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5A4D" w:rsidRDefault="005A5A4D">
      <w:pPr>
        <w:spacing w:after="0" w:line="240" w:lineRule="auto"/>
      </w:pPr>
      <w:r>
        <w:separator/>
      </w:r>
    </w:p>
  </w:footnote>
  <w:footnote w:type="continuationSeparator" w:id="0">
    <w:p w:rsidR="005A5A4D" w:rsidRDefault="005A5A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D72" w:rsidRDefault="00BE4D72">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1CA52E3"/>
    <w:multiLevelType w:val="hybridMultilevel"/>
    <w:tmpl w:val="D40EB1DE"/>
    <w:lvl w:ilvl="0" w:tplc="F50206F8">
      <w:start w:val="1"/>
      <w:numFmt w:val="decimal"/>
      <w:lvlText w:val="%1."/>
      <w:lvlJc w:val="left"/>
      <w:pPr>
        <w:ind w:left="764" w:hanging="480"/>
      </w:pPr>
      <w:rPr>
        <w:rFonts w:hint="default"/>
        <w:b/>
        <w:color w:val="006699"/>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1626D"/>
    <w:rsid w:val="00034616"/>
    <w:rsid w:val="0004290D"/>
    <w:rsid w:val="0006063C"/>
    <w:rsid w:val="00061987"/>
    <w:rsid w:val="0015074B"/>
    <w:rsid w:val="001552B5"/>
    <w:rsid w:val="0029639D"/>
    <w:rsid w:val="00326F90"/>
    <w:rsid w:val="00333C47"/>
    <w:rsid w:val="0039355E"/>
    <w:rsid w:val="00444378"/>
    <w:rsid w:val="0050346A"/>
    <w:rsid w:val="00543B09"/>
    <w:rsid w:val="00544036"/>
    <w:rsid w:val="005A5A4D"/>
    <w:rsid w:val="005E7D54"/>
    <w:rsid w:val="00702579"/>
    <w:rsid w:val="008524E3"/>
    <w:rsid w:val="009374CE"/>
    <w:rsid w:val="00987951"/>
    <w:rsid w:val="009F6C96"/>
    <w:rsid w:val="00A12C8E"/>
    <w:rsid w:val="00AA1D8D"/>
    <w:rsid w:val="00AB1171"/>
    <w:rsid w:val="00B01A3D"/>
    <w:rsid w:val="00B05A2B"/>
    <w:rsid w:val="00B47730"/>
    <w:rsid w:val="00B95D16"/>
    <w:rsid w:val="00BE4D72"/>
    <w:rsid w:val="00C214A6"/>
    <w:rsid w:val="00C84907"/>
    <w:rsid w:val="00C95598"/>
    <w:rsid w:val="00CB0664"/>
    <w:rsid w:val="00D8068B"/>
    <w:rsid w:val="00DA0B55"/>
    <w:rsid w:val="00E234A4"/>
    <w:rsid w:val="00E33E91"/>
    <w:rsid w:val="00E41CB4"/>
    <w:rsid w:val="00F31A03"/>
    <w:rsid w:val="00FB2251"/>
    <w:rsid w:val="00FC621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FB141F"/>
  <w14:defaultImageDpi w14:val="300"/>
  <w15:docId w15:val="{AF14B778-98B1-45EA-BC01-A1217325B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line="288" w:lineRule="auto"/>
    </w:pPr>
    <w:rPr>
      <w:rFonts w:ascii="Arial" w:hAnsi="Arial"/>
      <w:color w:val="2828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F9A704-33A9-4E13-A719-EEADD299F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3</Pages>
  <Words>493</Words>
  <Characters>2813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Windows 11</cp:lastModifiedBy>
  <cp:revision>17</cp:revision>
  <dcterms:created xsi:type="dcterms:W3CDTF">2013-12-23T23:15:00Z</dcterms:created>
  <dcterms:modified xsi:type="dcterms:W3CDTF">2026-10-29T00:36:00Z</dcterms:modified>
  <cp:category/>
</cp:coreProperties>
</file>